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r>
        <w:t xml:space="preserve">                                      </w:t>
      </w:r>
      <w:bookmarkStart w:id="0" w:name="_GoBack"/>
      <w:bookmarkEnd w:id="0"/>
      <w:r>
        <w:t>钢铁元帅</w:t>
      </w:r>
      <w:r>
        <w:rPr>
          <w:rFonts w:hint="eastAsia"/>
        </w:rPr>
        <w:t>——</w:t>
      </w:r>
      <w:r>
        <w:t>读《军神》有感</w:t>
      </w:r>
    </w:p>
    <w:p>
      <w:r>
        <w:t>1916年3月，国民第一护卫队为了在德川与袁军的交火中能够占据优势，便让刘伯承率领国军第一护卫队前往常州，准备攻下常州。鉴于常州易守难攻，他便使尽浑身解数让常州县里的警卫队起义，警备队在护国军的鞭策下也准备起义，但是就在刘伯承准备攻常州时，警备队却突然变卦。护国军死伤惨重，就在这时，刘伯承眼看常州是攻不下了，便前往常州的左膀右臂</w:t>
      </w:r>
      <w:r>
        <w:rPr>
          <w:rFonts w:hint="eastAsia"/>
        </w:rPr>
        <w:t>——</w:t>
      </w:r>
      <w:r>
        <w:t>丰都，准备攻下丰都.</w:t>
      </w:r>
    </w:p>
    <w:p>
      <w:r>
        <w:t>但就在与丰都敌人交手时，一颗子弹击中了刘伯承的眼睛。</w:t>
      </w:r>
    </w:p>
    <w:p>
      <w:r>
        <w:t>一位名叫沃克医生的诊所里。沃克医生问眼睛怎么受伤的这么严重？刘伯承说不小心被打伤了。</w:t>
      </w:r>
      <w:r>
        <w:rPr>
          <w:rFonts w:hint="eastAsia"/>
        </w:rPr>
        <w:t>“</w:t>
      </w:r>
      <w:r>
        <w:t>你叫什么名字？</w:t>
      </w:r>
      <w:r>
        <w:rPr>
          <w:rFonts w:hint="eastAsia"/>
        </w:rPr>
        <w:t>”医生继续发问，</w:t>
      </w:r>
      <w:r>
        <w:t>刘伯承说自己叫刘大川。但是沃克医生说你不可能是个平常人，在如此剧痛之下还能镇定自若，你一定是位军人，只有军人在这种时刻才能会有这钢铁般的意志。</w:t>
      </w:r>
    </w:p>
    <w:p>
      <w:r>
        <w:t>刘伯承的眼睛日渐恶化，必须马上手术，但是就在手术室，刘伯承却说我不用麻药，沃克医生说怎么行？这批麻药，必须留给那些在生死边缘徘徊的战士们，我这点疼痛还算不得什么，刘伯承用一种不容置疑的语气盯着医生答道。</w:t>
      </w:r>
    </w:p>
    <w:p>
      <w:r>
        <w:t>沃克医生只好听从她的命令。</w:t>
      </w:r>
    </w:p>
    <w:p>
      <w:r>
        <w:t>手术很快开始了，透着寒芒的手术刀尖与针线在刘伯承眼部熟练穿梭着，但刘伯承脸上丝毫看不到痛苦。他大概是痛昏了吧，沃克医生这样想到</w:t>
      </w:r>
    </w:p>
    <w:p>
      <w:r>
        <w:t>手术后，刘伯承说你一共割了72刀。沃克医生大惊失色，原来眼前这个人在手术中一直保持清醒并且从未发出一声呻吟。太不可思议了，眼前这个人的表现已经颠覆了沃克医生的认知，仿佛这个承载这个军人灵魂的根本不是血肉之躯，而是钢铁，这个男人，是由铁浇筑出来的！</w:t>
      </w:r>
      <w:r>
        <w:rPr>
          <w:rFonts w:hint="eastAsia"/>
        </w:rPr>
        <w:t>“</w:t>
      </w:r>
      <w:r>
        <w:t>你到底是谁?</w:t>
      </w:r>
      <w:r>
        <w:rPr>
          <w:rFonts w:hint="eastAsia"/>
        </w:rPr>
        <w:t>”“</w:t>
      </w:r>
      <w:r>
        <w:t>刘伯承。</w:t>
      </w:r>
      <w:r>
        <w:rPr>
          <w:rFonts w:hint="eastAsia"/>
        </w:rPr>
        <w:t>”</w:t>
      </w:r>
      <w:r>
        <w:t>刚刚手术完的病人唇色有些发白，但言语中却透着一股刚毅。刘伯承，刘伯承，这个名字一直在沃克医生脑海中回荡，他终于想起了什么，他就是那个传说中的钢铁元帅刘伯承！</w:t>
      </w:r>
    </w:p>
    <w:p>
      <w:r>
        <w:t>那个年代里，像刘伯承这样的人不少，正是他们用血肉之躯铸成钢铁洪流，冲碎了黑恶势力，杀出了一片光明的新中国。他们的钢铁之魂，应在我们血液燃烧不息</w:t>
      </w:r>
    </w:p>
    <w:p/>
    <w:sectPr>
      <w:pgSz w:w="12240" w:h="15840"/>
      <w:pgMar w:top="1440" w:right="1800" w:bottom="1440" w:left="1800" w:header="720" w:footer="720" w:gutter="0"/>
      <w:docGrid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微软雅黑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altName w:val="Droid Sans"/>
    <w:panose1 w:val="00000000000000000000"/>
    <w:charset w:val="80"/>
    <w:family w:val="modern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altName w:val="Droid Sans"/>
    <w:panose1 w:val="00000000000000000000"/>
    <w:charset w:val="80"/>
    <w:family w:val="roman"/>
    <w:pitch w:val="variable"/>
    <w:sig w:usb0="00000001" w:usb1="08070000" w:usb2="00000010" w:usb3="00000000" w:csb0="00020000" w:csb1="00000000"/>
  </w:font>
  <w:font w:name="Courier">
    <w:altName w:val="Courier New"/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abstractNum w:abstractNumId="0">
    <w:nsid w:val="FFFFFF89"/>
    <w:multiLevelType w:val="singleLevel"/>
    <w:tmpl w:val="29761A62"/>
    <w:lvl w:ilvl="0">
      <w:start w:val="1"/>
      <w:numFmt w:val="bullet"/>
      <w:lvlRestart w:val="0"/>
      <w:pStyle w:val="27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3D1EFFD4"/>
    <w:lvl w:ilvl="0">
      <w:start w:val="1"/>
      <w:numFmt w:val="bullet"/>
      <w:lvlRestart w:val="0"/>
      <w:pStyle w:val="28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F3EAFDEC"/>
    <w:lvl w:ilvl="0">
      <w:start w:val="1"/>
      <w:numFmt w:val="bullet"/>
      <w:lvlRestart w:val="0"/>
      <w:pStyle w:val="29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D0A62B40"/>
    <w:lvl w:ilvl="0">
      <w:start w:val="1"/>
      <w:numFmt w:val="decimal"/>
      <w:lvlRestart w:val="0"/>
      <w:pStyle w:val="3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7F"/>
    <w:multiLevelType w:val="singleLevel"/>
    <w:tmpl w:val="38441652"/>
    <w:lvl w:ilvl="0">
      <w:start w:val="1"/>
      <w:numFmt w:val="decimal"/>
      <w:lvlRestart w:val="0"/>
      <w:pStyle w:val="3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FFFFFF7E"/>
    <w:multiLevelType w:val="singleLevel"/>
    <w:tmpl w:val="FB12693A"/>
    <w:lvl w:ilvl="0">
      <w:start w:val="1"/>
      <w:numFmt w:val="decimal"/>
      <w:lvlRestart w:val="0"/>
      <w:pStyle w:val="32"/>
      <w:lvlText w:val="%1."/>
      <w:lvlJc w:val="left"/>
      <w:pPr>
        <w:tabs>
          <w:tab w:val="num" w:pos="1080"/>
        </w:tabs>
        <w:ind w:left="10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211"/>
  <w:bordersDoNotSurroundHeader/>
  <w:bordersDoNotSurroundFooter/>
  <w:defaultTabStop w:val="720"/>
  <w:drawingGridHorizontalSpacing w:val="120"/>
  <w:drawingGridVerticalSpacing w:val="163"/>
  <w:displayHorizontalDrawingGridEvery w:val="0"/>
  <w:displayVerticalDrawingGridEvery w:val="1"/>
  <w:savePreviewPicture/>
  <w:compat>
    <w:spaceForUL/>
    <w:growAutofit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spacing w:after="200" w:line="276" w:lineRule="auto"/>
      <w:ind w:firstLine="420"/>
    </w:pPr>
    <w:rPr>
      <w:rFonts w:ascii="微软雅黑" w:eastAsia="微软雅黑" w:cs="Arial"/>
      <w:sz w:val="24"/>
      <w:szCs w:val="22"/>
      <w:lang w:val="en-US" w:eastAsia="en-US" w:bidi="ar-SA"/>
    </w:rPr>
  </w:style>
  <w:style w:type="paragraph" w:styleId="1">
    <w:name w:val="heading 1"/>
    <w:basedOn w:val="0"/>
    <w:next w:val="0"/>
    <w:pPr>
      <w:keepNext/>
      <w:keepLines/>
      <w:spacing w:before="480" w:after="0"/>
      <w:outlineLvl w:val="0"/>
    </w:pPr>
    <w:rPr>
      <w:rFonts w:ascii="Calibri" w:eastAsia="ＭＳ ゴシック" w:cs="Times New Roman" w:hAnsi="Calibri"/>
      <w:b/>
      <w:bCs/>
      <w:color w:val="365F91"/>
      <w:sz w:val="28"/>
      <w:szCs w:val="28"/>
    </w:rPr>
  </w:style>
  <w:style w:type="paragraph" w:styleId="2">
    <w:name w:val="heading 2"/>
    <w:basedOn w:val="0"/>
    <w:next w:val="0"/>
    <w:pPr>
      <w:keepNext/>
      <w:keepLines/>
      <w:spacing w:before="200" w:after="0"/>
      <w:outlineLvl w:val="1"/>
    </w:pPr>
    <w:rPr>
      <w:rFonts w:ascii="Calibri" w:eastAsia="ＭＳ ゴシック" w:cs="Times New Roman" w:hAnsi="Calibri"/>
      <w:b/>
      <w:bCs/>
      <w:color w:val="4F81BD"/>
      <w:sz w:val="26"/>
      <w:szCs w:val="26"/>
    </w:rPr>
  </w:style>
  <w:style w:type="paragraph" w:styleId="3">
    <w:name w:val="heading 3"/>
    <w:basedOn w:val="0"/>
    <w:next w:val="0"/>
    <w:pPr>
      <w:keepNext/>
      <w:keepLines/>
      <w:spacing w:before="200" w:after="0"/>
      <w:outlineLvl w:val="2"/>
    </w:pPr>
    <w:rPr>
      <w:rFonts w:ascii="Calibri" w:eastAsia="ＭＳ ゴシック" w:cs="Times New Roman" w:hAnsi="Calibri"/>
      <w:b/>
      <w:bCs/>
      <w:color w:val="4F81BD"/>
    </w:rPr>
  </w:style>
  <w:style w:type="paragraph" w:styleId="4">
    <w:name w:val="heading 4"/>
    <w:basedOn w:val="0"/>
    <w:next w:val="0"/>
    <w:pPr>
      <w:keepNext/>
      <w:keepLines/>
      <w:spacing w:before="200" w:after="0"/>
      <w:outlineLvl w:val="3"/>
    </w:pPr>
    <w:rPr>
      <w:rFonts w:ascii="Calibri" w:eastAsia="ＭＳ ゴシック" w:cs="Times New Roman" w:hAnsi="Calibri"/>
      <w:b/>
      <w:bCs/>
      <w:i/>
      <w:iCs/>
      <w:color w:val="4F81BD"/>
    </w:rPr>
  </w:style>
  <w:style w:type="paragraph" w:styleId="5">
    <w:name w:val="heading 5"/>
    <w:basedOn w:val="0"/>
    <w:next w:val="0"/>
    <w:pPr>
      <w:keepNext/>
      <w:keepLines/>
      <w:spacing w:before="200" w:after="0"/>
      <w:outlineLvl w:val="4"/>
    </w:pPr>
    <w:rPr>
      <w:rFonts w:ascii="Calibri" w:eastAsia="ＭＳ ゴシック" w:cs="Times New Roman" w:hAnsi="Calibri"/>
      <w:color w:val="243F60"/>
    </w:rPr>
  </w:style>
  <w:style w:type="paragraph" w:styleId="6">
    <w:name w:val="heading 6"/>
    <w:basedOn w:val="0"/>
    <w:next w:val="0"/>
    <w:pPr>
      <w:keepNext/>
      <w:keepLines/>
      <w:spacing w:before="200" w:after="0"/>
      <w:outlineLvl w:val="5"/>
    </w:pPr>
    <w:rPr>
      <w:rFonts w:ascii="Calibri" w:eastAsia="ＭＳ ゴシック" w:cs="Times New Roman" w:hAnsi="Calibri"/>
      <w:i/>
      <w:iCs/>
      <w:color w:val="243F60"/>
    </w:rPr>
  </w:style>
  <w:style w:type="paragraph" w:styleId="7">
    <w:name w:val="heading 7"/>
    <w:basedOn w:val="0"/>
    <w:next w:val="0"/>
    <w:pPr>
      <w:keepNext/>
      <w:keepLines/>
      <w:spacing w:before="200" w:after="0"/>
      <w:outlineLvl w:val="6"/>
    </w:pPr>
    <w:rPr>
      <w:rFonts w:ascii="Calibri" w:eastAsia="ＭＳ ゴシック" w:cs="Times New Roman" w:hAnsi="Calibri"/>
      <w:i/>
      <w:iCs/>
      <w:color w:val="404040"/>
    </w:rPr>
  </w:style>
  <w:style w:type="paragraph" w:styleId="8">
    <w:name w:val="heading 8"/>
    <w:basedOn w:val="0"/>
    <w:next w:val="0"/>
    <w:pPr>
      <w:keepNext/>
      <w:keepLines/>
      <w:spacing w:before="200" w:after="0"/>
      <w:outlineLvl w:val="7"/>
    </w:pPr>
    <w:rPr>
      <w:rFonts w:ascii="Calibri" w:eastAsia="ＭＳ ゴシック" w:cs="Times New Roman" w:hAnsi="Calibri"/>
      <w:color w:val="4F81BD"/>
      <w:sz w:val="20"/>
      <w:szCs w:val="20"/>
    </w:rPr>
  </w:style>
  <w:style w:type="paragraph" w:styleId="9">
    <w:name w:val="heading 9"/>
    <w:basedOn w:val="0"/>
    <w:next w:val="0"/>
    <w:pPr>
      <w:keepNext/>
      <w:keepLines/>
      <w:spacing w:before="200" w:after="0"/>
      <w:outlineLvl w:val="8"/>
    </w:pPr>
    <w:rPr>
      <w:rFonts w:ascii="Calibri" w:eastAsia="ＭＳ ゴシック" w:cs="Times New Roman" w:hAnsi="Calibri"/>
      <w:i/>
      <w:iCs/>
      <w:color w:val="404040"/>
      <w:sz w:val="20"/>
      <w:szCs w:val="20"/>
    </w:rPr>
  </w:style>
  <w:style w:type="character" w:default="1" w:styleId="10">
    <w:name w:val="Default Paragraph Font"/>
  </w:style>
  <w:style w:type="paragraph" w:styleId="15">
    <w:name w:val="header"/>
    <w:basedOn w:val="0"/>
    <w:pPr>
      <w:tabs>
        <w:tab w:val="center" w:pos="4680"/>
        <w:tab w:val="right" w:pos="9360"/>
      </w:tabs>
      <w:spacing w:after="0" w:line="240" w:lineRule="auto"/>
    </w:pPr>
  </w:style>
  <w:style w:type="paragraph" w:styleId="16">
    <w:name w:val="footer"/>
    <w:basedOn w:val="0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17">
    <w:name w:val="No Spacing"/>
    <w:pPr>
      <w:spacing w:after="0" w:line="240" w:lineRule="auto"/>
    </w:pPr>
    <w:rPr>
      <w:rFonts w:ascii="Cambria" w:eastAsia="ＭＳ 明朝" w:cs="Arial" w:hAnsi="Cambria"/>
      <w:sz w:val="22"/>
      <w:szCs w:val="22"/>
      <w:lang w:val="en-US" w:eastAsia="en-US" w:bidi="ar-SA"/>
    </w:rPr>
  </w:style>
  <w:style w:type="paragraph" w:styleId="18">
    <w:name w:val="Title"/>
    <w:basedOn w:val="0"/>
    <w:next w:val="0"/>
    <w:pPr>
      <w:pBdr>
        <w:bottom w:val="single" w:sz="8" w:space="4" w:color="4F81BD"/>
      </w:pBdr>
      <w:spacing w:after="300" w:line="240" w:lineRule="auto"/>
      <w:contextualSpacing/>
    </w:pPr>
    <w:rPr>
      <w:rFonts w:ascii="Calibri" w:eastAsia="ＭＳ ゴシック" w:cs="Times New Roman" w:hAnsi="Calibri"/>
      <w:color w:val="17365D"/>
      <w:spacing w:val="5"/>
      <w:kern w:val="28"/>
      <w:sz w:val="52"/>
      <w:szCs w:val="52"/>
    </w:rPr>
  </w:style>
  <w:style w:type="paragraph" w:styleId="19">
    <w:name w:val="Subtitle"/>
    <w:basedOn w:val="0"/>
    <w:next w:val="0"/>
    <w:rPr>
      <w:rFonts w:ascii="Calibri" w:eastAsia="ＭＳ ゴシック" w:cs="Times New Roman" w:hAnsi="Calibri"/>
      <w:i/>
      <w:iCs/>
      <w:color w:val="4F81BD"/>
      <w:spacing w:val="15"/>
      <w:sz w:val="24"/>
      <w:szCs w:val="24"/>
    </w:rPr>
  </w:style>
  <w:style w:type="paragraph" w:customStyle="1" w:styleId="20">
    <w:name w:val="List Paragraph"/>
    <w:basedOn w:val="0"/>
    <w:pPr>
      <w:ind w:left="720"/>
      <w:contextualSpacing/>
    </w:pPr>
  </w:style>
  <w:style w:type="paragraph" w:styleId="21">
    <w:name w:val="Body Text"/>
    <w:basedOn w:val="0"/>
    <w:pPr>
      <w:spacing w:after="120"/>
    </w:pPr>
  </w:style>
  <w:style w:type="paragraph" w:styleId="22">
    <w:name w:val="Body Text 2"/>
    <w:basedOn w:val="0"/>
    <w:pPr>
      <w:spacing w:after="120" w:line="480" w:lineRule="auto"/>
    </w:pPr>
  </w:style>
  <w:style w:type="paragraph" w:styleId="23">
    <w:name w:val="Body Text 3"/>
    <w:basedOn w:val="0"/>
    <w:pPr>
      <w:spacing w:after="120"/>
    </w:pPr>
    <w:rPr>
      <w:sz w:val="16"/>
      <w:szCs w:val="16"/>
    </w:rPr>
  </w:style>
  <w:style w:type="paragraph" w:styleId="24">
    <w:name w:val="List"/>
    <w:basedOn w:val="0"/>
    <w:pPr>
      <w:ind w:left="360" w:hanging="360"/>
      <w:contextualSpacing/>
    </w:pPr>
  </w:style>
  <w:style w:type="paragraph" w:styleId="25">
    <w:name w:val="List 2"/>
    <w:basedOn w:val="0"/>
    <w:pPr>
      <w:ind w:left="720" w:hanging="360"/>
      <w:contextualSpacing/>
    </w:pPr>
  </w:style>
  <w:style w:type="paragraph" w:styleId="26">
    <w:name w:val="List 3"/>
    <w:basedOn w:val="0"/>
    <w:pPr>
      <w:ind w:left="1080" w:hanging="360"/>
      <w:contextualSpacing/>
    </w:pPr>
  </w:style>
  <w:style w:type="paragraph" w:styleId="27">
    <w:name w:val="List Bullet"/>
    <w:basedOn w:val="0"/>
    <w:pPr>
      <w:numPr>
        <w:ilvl w:val="0"/>
        <w:numId w:val="1"/>
      </w:numPr>
      <w:contextualSpacing/>
    </w:pPr>
  </w:style>
  <w:style w:type="paragraph" w:styleId="28">
    <w:name w:val="List Bullet 2"/>
    <w:basedOn w:val="0"/>
    <w:pPr>
      <w:numPr>
        <w:ilvl w:val="0"/>
        <w:numId w:val="2"/>
      </w:numPr>
      <w:contextualSpacing/>
    </w:pPr>
  </w:style>
  <w:style w:type="paragraph" w:styleId="29">
    <w:name w:val="List Bullet 3"/>
    <w:basedOn w:val="0"/>
    <w:pPr>
      <w:numPr>
        <w:ilvl w:val="0"/>
        <w:numId w:val="3"/>
      </w:numPr>
      <w:contextualSpacing/>
    </w:pPr>
  </w:style>
  <w:style w:type="paragraph" w:styleId="30">
    <w:name w:val="List Number"/>
    <w:basedOn w:val="0"/>
    <w:pPr>
      <w:numPr>
        <w:ilvl w:val="0"/>
        <w:numId w:val="4"/>
      </w:numPr>
      <w:contextualSpacing/>
    </w:pPr>
  </w:style>
  <w:style w:type="paragraph" w:styleId="31">
    <w:name w:val="List Number 2"/>
    <w:basedOn w:val="0"/>
    <w:pPr>
      <w:numPr>
        <w:ilvl w:val="0"/>
        <w:numId w:val="5"/>
      </w:numPr>
      <w:contextualSpacing/>
    </w:pPr>
  </w:style>
  <w:style w:type="paragraph" w:styleId="32">
    <w:name w:val="List Number 3"/>
    <w:basedOn w:val="0"/>
    <w:pPr>
      <w:numPr>
        <w:ilvl w:val="0"/>
        <w:numId w:val="6"/>
      </w:numPr>
      <w:contextualSpacing/>
    </w:pPr>
  </w:style>
  <w:style w:type="paragraph" w:styleId="33">
    <w:name w:val="List Continue"/>
    <w:basedOn w:val="0"/>
    <w:pPr>
      <w:spacing w:after="120"/>
      <w:ind w:left="360"/>
      <w:contextualSpacing/>
    </w:pPr>
  </w:style>
  <w:style w:type="paragraph" w:styleId="34">
    <w:name w:val="List Continue 2"/>
    <w:basedOn w:val="0"/>
    <w:pPr>
      <w:spacing w:after="120"/>
      <w:ind w:left="720"/>
      <w:contextualSpacing/>
    </w:pPr>
  </w:style>
  <w:style w:type="paragraph" w:styleId="35">
    <w:name w:val="List Continue 3"/>
    <w:basedOn w:val="0"/>
    <w:pPr>
      <w:spacing w:after="120"/>
      <w:ind w:left="1080"/>
      <w:contextualSpacing/>
    </w:pPr>
  </w:style>
  <w:style w:type="paragraph" w:styleId="36">
    <w:name w:val="macro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="ＭＳ 明朝" w:cs="Arial" w:hAnsi="Courier"/>
      <w:sz w:val="20"/>
      <w:szCs w:val="20"/>
      <w:lang w:val="en-US" w:eastAsia="en-US" w:bidi="ar-SA"/>
    </w:rPr>
  </w:style>
  <w:style w:type="paragraph" w:customStyle="1" w:styleId="37">
    <w:name w:val="Quote"/>
    <w:basedOn w:val="0"/>
    <w:next w:val="0"/>
    <w:rPr>
      <w:i/>
      <w:iCs/>
      <w:color w:val="000000"/>
    </w:rPr>
  </w:style>
  <w:style w:type="paragraph" w:styleId="38">
    <w:name w:val="caption"/>
    <w:basedOn w:val="0"/>
    <w:next w:val="0"/>
    <w:pPr>
      <w:spacing w:line="240" w:lineRule="auto"/>
    </w:pPr>
    <w:rPr>
      <w:b/>
      <w:bCs/>
      <w:color w:val="4F81BD"/>
      <w:sz w:val="18"/>
      <w:szCs w:val="18"/>
    </w:rPr>
  </w:style>
  <w:style w:type="character" w:styleId="39">
    <w:name w:val="Strong"/>
    <w:basedOn w:val="10"/>
    <w:rPr>
      <w:b/>
      <w:bCs/>
    </w:rPr>
  </w:style>
  <w:style w:type="character" w:styleId="40">
    <w:name w:val="Emphasis"/>
    <w:basedOn w:val="10"/>
    <w:rPr>
      <w:i/>
      <w:iCs/>
    </w:rPr>
  </w:style>
  <w:style w:type="paragraph" w:customStyle="1" w:styleId="41">
    <w:name w:val="Intense Quote"/>
    <w:basedOn w:val="0"/>
    <w:next w:val="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42">
    <w:name w:val="Subtle Emphasis"/>
    <w:basedOn w:val="10"/>
    <w:rPr>
      <w:i/>
      <w:iCs/>
      <w:color w:val="808080"/>
    </w:rPr>
  </w:style>
  <w:style w:type="character" w:customStyle="1" w:styleId="43">
    <w:name w:val="Intense Emphasis"/>
    <w:basedOn w:val="10"/>
    <w:rPr>
      <w:b/>
      <w:bCs/>
      <w:i/>
      <w:iCs/>
      <w:color w:val="4F81BD"/>
    </w:rPr>
  </w:style>
  <w:style w:type="character" w:customStyle="1" w:styleId="44">
    <w:name w:val="Subtle Reference"/>
    <w:basedOn w:val="10"/>
    <w:rPr>
      <w:caps w:val="0"/>
      <w:smallCaps/>
      <w:color w:val="C0504D"/>
      <w:u w:val="single"/>
    </w:rPr>
  </w:style>
  <w:style w:type="character" w:customStyle="1" w:styleId="45">
    <w:name w:val="Intense Reference"/>
    <w:basedOn w:val="10"/>
    <w:rPr>
      <w:b/>
      <w:bCs/>
      <w:caps w:val="0"/>
      <w:smallCaps/>
      <w:color w:val="C0504D"/>
      <w:spacing w:val="5"/>
      <w:u w:val="single"/>
    </w:rPr>
  </w:style>
  <w:style w:type="character" w:customStyle="1" w:styleId="46">
    <w:name w:val="Book Title"/>
    <w:basedOn w:val="10"/>
    <w:rPr>
      <w:b/>
      <w:bCs/>
      <w:caps w:val="0"/>
      <w:smallCaps/>
      <w:spacing w:val="5"/>
    </w:rPr>
  </w:style>
  <w:style w:type="paragraph" w:customStyle="1" w:styleId="47">
    <w:name w:val="TOC Heading"/>
    <w:basedOn w:val="1"/>
    <w:next w:val="0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62</TotalTime>
  <Application>Yozo_Office</Application>
  <Pages>2</Pages>
  <Words>800</Words>
  <Characters>808</Characters>
  <Lines>26</Lines>
  <Paragraphs>9</Paragraphs>
  <CharactersWithSpaces>846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python-docx</dc:creator>
  <dc:description>generated by python-docx</dc:description>
  <cp:lastModifiedBy>vivo用户</cp:lastModifiedBy>
  <cp:revision>1</cp:revision>
  <dcterms:created xsi:type="dcterms:W3CDTF">2013-12-23T23:15:00Z</dcterms:created>
  <dcterms:modified xsi:type="dcterms:W3CDTF">2022-10-07T05:22:57Z</dcterms:modified>
</cp:coreProperties>
</file>